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47A2" w14:textId="43490D24" w:rsidR="005E3732" w:rsidRDefault="00000000" w:rsidP="00E346F5">
      <w:pPr>
        <w:jc w:val="center"/>
        <w:rPr>
          <w:lang w:eastAsia="ko-KR"/>
        </w:rPr>
      </w:pPr>
      <w:r>
        <w:rPr>
          <w:b/>
          <w:sz w:val="36"/>
          <w:lang w:eastAsia="ko-KR"/>
        </w:rPr>
        <w:t>서울대학교 미주총동창회</w:t>
      </w:r>
      <w:r>
        <w:rPr>
          <w:b/>
          <w:sz w:val="36"/>
          <w:lang w:eastAsia="ko-KR"/>
        </w:rPr>
        <w:br/>
      </w:r>
      <w:r w:rsidRPr="00E346F5">
        <w:rPr>
          <w:b/>
          <w:color w:val="003366"/>
          <w:sz w:val="36"/>
          <w:szCs w:val="36"/>
          <w:lang w:eastAsia="ko-KR"/>
        </w:rPr>
        <w:t>나눔지원사업 신청서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40"/>
        <w:gridCol w:w="2547"/>
        <w:gridCol w:w="2548"/>
        <w:gridCol w:w="2547"/>
      </w:tblGrid>
      <w:tr w:rsidR="005E3732" w14:paraId="438E0923" w14:textId="77777777" w:rsidTr="00E346F5">
        <w:tc>
          <w:tcPr>
            <w:tcW w:w="2442" w:type="dxa"/>
          </w:tcPr>
          <w:p w14:paraId="2495E327" w14:textId="77777777" w:rsidR="005E3732" w:rsidRDefault="00000000">
            <w:proofErr w:type="spellStart"/>
            <w:r>
              <w:t>성명</w:t>
            </w:r>
            <w:proofErr w:type="spellEnd"/>
          </w:p>
        </w:tc>
        <w:tc>
          <w:tcPr>
            <w:tcW w:w="2550" w:type="dxa"/>
          </w:tcPr>
          <w:p w14:paraId="253805B8" w14:textId="77777777" w:rsidR="005E3732" w:rsidRDefault="005E3732"/>
        </w:tc>
        <w:tc>
          <w:tcPr>
            <w:tcW w:w="2550" w:type="dxa"/>
          </w:tcPr>
          <w:p w14:paraId="7140204F" w14:textId="77777777" w:rsidR="005E3732" w:rsidRDefault="00000000">
            <w:r>
              <w:t>소속</w:t>
            </w:r>
          </w:p>
        </w:tc>
        <w:tc>
          <w:tcPr>
            <w:tcW w:w="2550" w:type="dxa"/>
          </w:tcPr>
          <w:p w14:paraId="442466F1" w14:textId="77777777" w:rsidR="005E3732" w:rsidRDefault="005E3732"/>
        </w:tc>
      </w:tr>
      <w:tr w:rsidR="005E3732" w14:paraId="65BD73E7" w14:textId="77777777" w:rsidTr="00E346F5">
        <w:tc>
          <w:tcPr>
            <w:tcW w:w="2442" w:type="dxa"/>
          </w:tcPr>
          <w:p w14:paraId="3B015889" w14:textId="77777777" w:rsidR="005E3732" w:rsidRDefault="00000000">
            <w:r>
              <w:t>졸업학과/연도</w:t>
            </w:r>
          </w:p>
        </w:tc>
        <w:tc>
          <w:tcPr>
            <w:tcW w:w="2550" w:type="dxa"/>
          </w:tcPr>
          <w:p w14:paraId="3DAE4AEC" w14:textId="77777777" w:rsidR="005E3732" w:rsidRDefault="005E3732"/>
        </w:tc>
        <w:tc>
          <w:tcPr>
            <w:tcW w:w="2550" w:type="dxa"/>
          </w:tcPr>
          <w:p w14:paraId="627D20B1" w14:textId="77777777" w:rsidR="005E3732" w:rsidRDefault="00000000">
            <w:r>
              <w:t>연락처</w:t>
            </w:r>
          </w:p>
        </w:tc>
        <w:tc>
          <w:tcPr>
            <w:tcW w:w="2550" w:type="dxa"/>
          </w:tcPr>
          <w:p w14:paraId="755C01C9" w14:textId="77777777" w:rsidR="005E3732" w:rsidRDefault="005E3732"/>
        </w:tc>
      </w:tr>
      <w:tr w:rsidR="005E3732" w14:paraId="3868CF29" w14:textId="77777777" w:rsidTr="00E346F5">
        <w:tc>
          <w:tcPr>
            <w:tcW w:w="2442" w:type="dxa"/>
          </w:tcPr>
          <w:p w14:paraId="301456BC" w14:textId="77777777" w:rsidR="005E3732" w:rsidRDefault="00000000">
            <w:r>
              <w:t>신청기관</w:t>
            </w:r>
          </w:p>
        </w:tc>
        <w:tc>
          <w:tcPr>
            <w:tcW w:w="2550" w:type="dxa"/>
          </w:tcPr>
          <w:p w14:paraId="175040C4" w14:textId="77777777" w:rsidR="005E3732" w:rsidRDefault="005E3732"/>
        </w:tc>
        <w:tc>
          <w:tcPr>
            <w:tcW w:w="2550" w:type="dxa"/>
          </w:tcPr>
          <w:p w14:paraId="7CD16A34" w14:textId="77777777" w:rsidR="005E3732" w:rsidRDefault="00000000">
            <w:r>
              <w:t>사업명</w:t>
            </w:r>
          </w:p>
        </w:tc>
        <w:tc>
          <w:tcPr>
            <w:tcW w:w="2550" w:type="dxa"/>
          </w:tcPr>
          <w:p w14:paraId="08E44647" w14:textId="77777777" w:rsidR="005E3732" w:rsidRDefault="005E3732"/>
        </w:tc>
      </w:tr>
      <w:tr w:rsidR="005E3732" w14:paraId="75D9C188" w14:textId="77777777" w:rsidTr="00E346F5">
        <w:tc>
          <w:tcPr>
            <w:tcW w:w="2442" w:type="dxa"/>
          </w:tcPr>
          <w:p w14:paraId="27E028AB" w14:textId="77777777" w:rsidR="005E3732" w:rsidRDefault="00000000">
            <w:r>
              <w:t>사업기간</w:t>
            </w:r>
          </w:p>
        </w:tc>
        <w:tc>
          <w:tcPr>
            <w:tcW w:w="2550" w:type="dxa"/>
          </w:tcPr>
          <w:p w14:paraId="5D84FA9E" w14:textId="77777777" w:rsidR="005E3732" w:rsidRDefault="005E3732"/>
        </w:tc>
        <w:tc>
          <w:tcPr>
            <w:tcW w:w="2550" w:type="dxa"/>
          </w:tcPr>
          <w:p w14:paraId="518F58B6" w14:textId="77777777" w:rsidR="005E3732" w:rsidRDefault="00000000">
            <w:r>
              <w:t>신청금액</w:t>
            </w:r>
          </w:p>
        </w:tc>
        <w:tc>
          <w:tcPr>
            <w:tcW w:w="2550" w:type="dxa"/>
          </w:tcPr>
          <w:p w14:paraId="034B2BBE" w14:textId="77777777" w:rsidR="005E3732" w:rsidRDefault="005E3732"/>
        </w:tc>
      </w:tr>
    </w:tbl>
    <w:p w14:paraId="2CC377BD" w14:textId="77777777" w:rsidR="00E346F5" w:rsidRDefault="00E346F5">
      <w:pPr>
        <w:rPr>
          <w:b/>
          <w:color w:val="003366"/>
        </w:rPr>
      </w:pPr>
    </w:p>
    <w:p w14:paraId="3DE27060" w14:textId="6948E699" w:rsidR="005E3732" w:rsidRDefault="00000000">
      <w:r>
        <w:rPr>
          <w:b/>
          <w:color w:val="003366"/>
        </w:rPr>
        <w:t xml:space="preserve">■ </w:t>
      </w:r>
      <w:proofErr w:type="spellStart"/>
      <w:r>
        <w:rPr>
          <w:b/>
          <w:color w:val="003366"/>
        </w:rPr>
        <w:t>사업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개요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5E3732" w14:paraId="51B7026E" w14:textId="77777777">
        <w:trPr>
          <w:jc w:val="center"/>
        </w:trPr>
        <w:tc>
          <w:tcPr>
            <w:tcW w:w="10200" w:type="dxa"/>
            <w:shd w:val="clear" w:color="auto" w:fill="F8F8F8"/>
          </w:tcPr>
          <w:p w14:paraId="32FDE7EB" w14:textId="77777777" w:rsidR="005E3732" w:rsidRDefault="005E3732"/>
        </w:tc>
      </w:tr>
      <w:tr w:rsidR="005E3732" w14:paraId="11D2C633" w14:textId="77777777">
        <w:trPr>
          <w:jc w:val="center"/>
        </w:trPr>
        <w:tc>
          <w:tcPr>
            <w:tcW w:w="10200" w:type="dxa"/>
          </w:tcPr>
          <w:p w14:paraId="74E50A8D" w14:textId="77777777" w:rsidR="005E3732" w:rsidRDefault="005E3732"/>
        </w:tc>
      </w:tr>
      <w:tr w:rsidR="005E3732" w14:paraId="4E17C469" w14:textId="77777777">
        <w:trPr>
          <w:jc w:val="center"/>
        </w:trPr>
        <w:tc>
          <w:tcPr>
            <w:tcW w:w="10200" w:type="dxa"/>
          </w:tcPr>
          <w:p w14:paraId="5E0A597C" w14:textId="77777777" w:rsidR="005E3732" w:rsidRDefault="005E3732"/>
        </w:tc>
      </w:tr>
      <w:tr w:rsidR="005E3732" w14:paraId="4B65D657" w14:textId="77777777">
        <w:trPr>
          <w:jc w:val="center"/>
        </w:trPr>
        <w:tc>
          <w:tcPr>
            <w:tcW w:w="10200" w:type="dxa"/>
          </w:tcPr>
          <w:p w14:paraId="00D6CC3C" w14:textId="77777777" w:rsidR="005E3732" w:rsidRDefault="005E3732"/>
        </w:tc>
      </w:tr>
      <w:tr w:rsidR="005E3732" w14:paraId="55D17F11" w14:textId="77777777">
        <w:trPr>
          <w:jc w:val="center"/>
        </w:trPr>
        <w:tc>
          <w:tcPr>
            <w:tcW w:w="10200" w:type="dxa"/>
          </w:tcPr>
          <w:p w14:paraId="1CDC9875" w14:textId="77777777" w:rsidR="005E3732" w:rsidRDefault="005E3732"/>
        </w:tc>
      </w:tr>
    </w:tbl>
    <w:p w14:paraId="52D0CC98" w14:textId="77777777" w:rsidR="00E346F5" w:rsidRDefault="00E346F5">
      <w:pPr>
        <w:rPr>
          <w:b/>
          <w:color w:val="003366"/>
        </w:rPr>
      </w:pPr>
    </w:p>
    <w:p w14:paraId="6104A2B7" w14:textId="61D566AC" w:rsidR="005E3732" w:rsidRDefault="00000000">
      <w:r>
        <w:rPr>
          <w:b/>
          <w:color w:val="003366"/>
        </w:rPr>
        <w:t xml:space="preserve">■ </w:t>
      </w:r>
      <w:proofErr w:type="spellStart"/>
      <w:r>
        <w:rPr>
          <w:b/>
          <w:color w:val="003366"/>
        </w:rPr>
        <w:t>지원</w:t>
      </w:r>
      <w:proofErr w:type="spellEnd"/>
      <w:r>
        <w:rPr>
          <w:b/>
          <w:color w:val="003366"/>
        </w:rPr>
        <w:t xml:space="preserve"> </w:t>
      </w:r>
      <w:proofErr w:type="spellStart"/>
      <w:r>
        <w:rPr>
          <w:b/>
          <w:color w:val="003366"/>
        </w:rPr>
        <w:t>필요성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5E3732" w14:paraId="69DFF582" w14:textId="77777777">
        <w:trPr>
          <w:jc w:val="center"/>
        </w:trPr>
        <w:tc>
          <w:tcPr>
            <w:tcW w:w="10200" w:type="dxa"/>
            <w:shd w:val="clear" w:color="auto" w:fill="F8F8F8"/>
          </w:tcPr>
          <w:p w14:paraId="09E323C5" w14:textId="1ABBDB09" w:rsidR="005E3732" w:rsidRDefault="005E3732">
            <w:pPr>
              <w:rPr>
                <w:lang w:eastAsia="ko-KR"/>
              </w:rPr>
            </w:pPr>
          </w:p>
        </w:tc>
      </w:tr>
      <w:tr w:rsidR="005E3732" w14:paraId="0C295688" w14:textId="77777777">
        <w:trPr>
          <w:jc w:val="center"/>
        </w:trPr>
        <w:tc>
          <w:tcPr>
            <w:tcW w:w="10200" w:type="dxa"/>
          </w:tcPr>
          <w:p w14:paraId="4FDA7E3A" w14:textId="77777777" w:rsidR="005E3732" w:rsidRDefault="005E3732"/>
        </w:tc>
      </w:tr>
      <w:tr w:rsidR="005E3732" w14:paraId="1C791E9E" w14:textId="77777777">
        <w:trPr>
          <w:jc w:val="center"/>
        </w:trPr>
        <w:tc>
          <w:tcPr>
            <w:tcW w:w="10200" w:type="dxa"/>
          </w:tcPr>
          <w:p w14:paraId="28E9629E" w14:textId="77777777" w:rsidR="005E3732" w:rsidRDefault="005E3732"/>
        </w:tc>
      </w:tr>
      <w:tr w:rsidR="005E3732" w14:paraId="085C3499" w14:textId="77777777">
        <w:trPr>
          <w:jc w:val="center"/>
        </w:trPr>
        <w:tc>
          <w:tcPr>
            <w:tcW w:w="10200" w:type="dxa"/>
          </w:tcPr>
          <w:p w14:paraId="6D98575B" w14:textId="77777777" w:rsidR="005E3732" w:rsidRDefault="005E3732"/>
        </w:tc>
      </w:tr>
      <w:tr w:rsidR="005E3732" w14:paraId="31BA8A96" w14:textId="77777777">
        <w:trPr>
          <w:jc w:val="center"/>
        </w:trPr>
        <w:tc>
          <w:tcPr>
            <w:tcW w:w="10200" w:type="dxa"/>
          </w:tcPr>
          <w:p w14:paraId="545A92B2" w14:textId="77777777" w:rsidR="005E3732" w:rsidRDefault="005E3732"/>
        </w:tc>
      </w:tr>
    </w:tbl>
    <w:p w14:paraId="226CCEDF" w14:textId="77777777" w:rsidR="00E346F5" w:rsidRDefault="00E346F5">
      <w:pPr>
        <w:rPr>
          <w:b/>
          <w:color w:val="003366"/>
        </w:rPr>
      </w:pPr>
    </w:p>
    <w:p w14:paraId="5C6360C0" w14:textId="2F45C394" w:rsidR="005E3732" w:rsidRDefault="00000000">
      <w:r>
        <w:rPr>
          <w:b/>
          <w:color w:val="003366"/>
        </w:rPr>
        <w:t xml:space="preserve">■ </w:t>
      </w:r>
      <w:proofErr w:type="spellStart"/>
      <w:r>
        <w:rPr>
          <w:b/>
          <w:color w:val="003366"/>
        </w:rPr>
        <w:t>기대효과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90"/>
      </w:tblGrid>
      <w:tr w:rsidR="005E3732" w14:paraId="317D161A" w14:textId="77777777">
        <w:trPr>
          <w:jc w:val="center"/>
        </w:trPr>
        <w:tc>
          <w:tcPr>
            <w:tcW w:w="10200" w:type="dxa"/>
            <w:shd w:val="clear" w:color="auto" w:fill="F8F8F8"/>
          </w:tcPr>
          <w:p w14:paraId="6B8391CB" w14:textId="77777777" w:rsidR="005E3732" w:rsidRDefault="005E3732"/>
        </w:tc>
      </w:tr>
      <w:tr w:rsidR="005E3732" w14:paraId="0A54B2B2" w14:textId="77777777">
        <w:trPr>
          <w:jc w:val="center"/>
        </w:trPr>
        <w:tc>
          <w:tcPr>
            <w:tcW w:w="10200" w:type="dxa"/>
          </w:tcPr>
          <w:p w14:paraId="26C5B8F1" w14:textId="77777777" w:rsidR="005E3732" w:rsidRDefault="005E3732"/>
        </w:tc>
      </w:tr>
      <w:tr w:rsidR="005E3732" w14:paraId="43CBCA44" w14:textId="77777777">
        <w:trPr>
          <w:jc w:val="center"/>
        </w:trPr>
        <w:tc>
          <w:tcPr>
            <w:tcW w:w="10200" w:type="dxa"/>
          </w:tcPr>
          <w:p w14:paraId="6E581287" w14:textId="77777777" w:rsidR="005E3732" w:rsidRDefault="005E3732"/>
        </w:tc>
      </w:tr>
      <w:tr w:rsidR="005E3732" w14:paraId="42E0A503" w14:textId="77777777">
        <w:trPr>
          <w:jc w:val="center"/>
        </w:trPr>
        <w:tc>
          <w:tcPr>
            <w:tcW w:w="10200" w:type="dxa"/>
          </w:tcPr>
          <w:p w14:paraId="7C1B6AE4" w14:textId="77777777" w:rsidR="005E3732" w:rsidRDefault="005E3732"/>
        </w:tc>
      </w:tr>
      <w:tr w:rsidR="005E3732" w14:paraId="61850DDA" w14:textId="77777777">
        <w:trPr>
          <w:jc w:val="center"/>
        </w:trPr>
        <w:tc>
          <w:tcPr>
            <w:tcW w:w="10200" w:type="dxa"/>
          </w:tcPr>
          <w:p w14:paraId="3F274B6B" w14:textId="77777777" w:rsidR="005E3732" w:rsidRDefault="005E3732"/>
        </w:tc>
      </w:tr>
    </w:tbl>
    <w:p w14:paraId="0995E10A" w14:textId="77777777" w:rsidR="00E346F5" w:rsidRDefault="00E346F5"/>
    <w:p w14:paraId="3F25C5BF" w14:textId="77777777" w:rsidR="005E3732" w:rsidRDefault="00000000">
      <w:r>
        <w:rPr>
          <w:b/>
          <w:color w:val="003366"/>
        </w:rPr>
        <w:lastRenderedPageBreak/>
        <w:t>■ 예산계획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5E3732" w14:paraId="004A4A18" w14:textId="77777777">
        <w:tc>
          <w:tcPr>
            <w:tcW w:w="3400" w:type="dxa"/>
          </w:tcPr>
          <w:p w14:paraId="27200E6C" w14:textId="77777777" w:rsidR="005E3732" w:rsidRDefault="00000000">
            <w:r>
              <w:t>항목</w:t>
            </w:r>
          </w:p>
        </w:tc>
        <w:tc>
          <w:tcPr>
            <w:tcW w:w="3400" w:type="dxa"/>
          </w:tcPr>
          <w:p w14:paraId="13D61D81" w14:textId="77777777" w:rsidR="005E3732" w:rsidRDefault="00000000">
            <w:r>
              <w:t>금액</w:t>
            </w:r>
          </w:p>
        </w:tc>
        <w:tc>
          <w:tcPr>
            <w:tcW w:w="3400" w:type="dxa"/>
          </w:tcPr>
          <w:p w14:paraId="1836904B" w14:textId="77777777" w:rsidR="005E3732" w:rsidRDefault="00000000">
            <w:r>
              <w:t>비고</w:t>
            </w:r>
          </w:p>
        </w:tc>
      </w:tr>
      <w:tr w:rsidR="005E3732" w14:paraId="474EA507" w14:textId="77777777">
        <w:tc>
          <w:tcPr>
            <w:tcW w:w="3400" w:type="dxa"/>
          </w:tcPr>
          <w:p w14:paraId="3D091AB7" w14:textId="77777777" w:rsidR="005E3732" w:rsidRDefault="005E3732"/>
        </w:tc>
        <w:tc>
          <w:tcPr>
            <w:tcW w:w="3400" w:type="dxa"/>
          </w:tcPr>
          <w:p w14:paraId="2152A777" w14:textId="77777777" w:rsidR="005E3732" w:rsidRDefault="005E3732"/>
        </w:tc>
        <w:tc>
          <w:tcPr>
            <w:tcW w:w="3400" w:type="dxa"/>
          </w:tcPr>
          <w:p w14:paraId="7AEF3EF1" w14:textId="77777777" w:rsidR="005E3732" w:rsidRDefault="005E3732"/>
        </w:tc>
      </w:tr>
      <w:tr w:rsidR="005E3732" w14:paraId="5CB8F389" w14:textId="77777777">
        <w:tc>
          <w:tcPr>
            <w:tcW w:w="3400" w:type="dxa"/>
          </w:tcPr>
          <w:p w14:paraId="2F1DD297" w14:textId="77777777" w:rsidR="005E3732" w:rsidRDefault="005E3732"/>
        </w:tc>
        <w:tc>
          <w:tcPr>
            <w:tcW w:w="3400" w:type="dxa"/>
          </w:tcPr>
          <w:p w14:paraId="2624A48D" w14:textId="77777777" w:rsidR="005E3732" w:rsidRDefault="005E3732"/>
        </w:tc>
        <w:tc>
          <w:tcPr>
            <w:tcW w:w="3400" w:type="dxa"/>
          </w:tcPr>
          <w:p w14:paraId="66C989D1" w14:textId="77777777" w:rsidR="005E3732" w:rsidRDefault="005E3732"/>
        </w:tc>
      </w:tr>
      <w:tr w:rsidR="005E3732" w14:paraId="0BEEDB5F" w14:textId="77777777">
        <w:tc>
          <w:tcPr>
            <w:tcW w:w="3400" w:type="dxa"/>
          </w:tcPr>
          <w:p w14:paraId="3E63BC17" w14:textId="77777777" w:rsidR="005E3732" w:rsidRDefault="005E3732"/>
        </w:tc>
        <w:tc>
          <w:tcPr>
            <w:tcW w:w="3400" w:type="dxa"/>
          </w:tcPr>
          <w:p w14:paraId="133398B9" w14:textId="77777777" w:rsidR="005E3732" w:rsidRDefault="005E3732"/>
        </w:tc>
        <w:tc>
          <w:tcPr>
            <w:tcW w:w="3400" w:type="dxa"/>
          </w:tcPr>
          <w:p w14:paraId="3D76A6EE" w14:textId="77777777" w:rsidR="005E3732" w:rsidRDefault="005E3732"/>
        </w:tc>
      </w:tr>
      <w:tr w:rsidR="005E3732" w14:paraId="3F10C636" w14:textId="77777777">
        <w:tc>
          <w:tcPr>
            <w:tcW w:w="3400" w:type="dxa"/>
          </w:tcPr>
          <w:p w14:paraId="656275FE" w14:textId="77777777" w:rsidR="005E3732" w:rsidRDefault="005E3732"/>
        </w:tc>
        <w:tc>
          <w:tcPr>
            <w:tcW w:w="3400" w:type="dxa"/>
          </w:tcPr>
          <w:p w14:paraId="0D55911B" w14:textId="77777777" w:rsidR="005E3732" w:rsidRDefault="005E3732"/>
        </w:tc>
        <w:tc>
          <w:tcPr>
            <w:tcW w:w="3400" w:type="dxa"/>
          </w:tcPr>
          <w:p w14:paraId="26AC67A4" w14:textId="77777777" w:rsidR="005E3732" w:rsidRDefault="005E3732"/>
        </w:tc>
      </w:tr>
    </w:tbl>
    <w:p w14:paraId="195DE20D" w14:textId="77777777" w:rsidR="00E346F5" w:rsidRDefault="00E346F5">
      <w:pPr>
        <w:rPr>
          <w:b/>
          <w:color w:val="003366"/>
        </w:rPr>
      </w:pPr>
    </w:p>
    <w:p w14:paraId="0190D1F9" w14:textId="6489E688" w:rsidR="005E3732" w:rsidRDefault="00000000">
      <w:r>
        <w:rPr>
          <w:b/>
          <w:color w:val="003366"/>
        </w:rPr>
        <w:t xml:space="preserve">■ </w:t>
      </w:r>
      <w:proofErr w:type="spellStart"/>
      <w:r>
        <w:rPr>
          <w:b/>
          <w:color w:val="003366"/>
        </w:rPr>
        <w:t>첨부서류</w:t>
      </w:r>
      <w:proofErr w:type="spellEnd"/>
    </w:p>
    <w:p w14:paraId="2BD3F475" w14:textId="77777777" w:rsidR="005E3732" w:rsidRDefault="00000000">
      <w:pPr>
        <w:rPr>
          <w:lang w:eastAsia="ko-KR"/>
        </w:rPr>
      </w:pPr>
      <w:r>
        <w:rPr>
          <w:lang w:eastAsia="ko-KR"/>
        </w:rPr>
        <w:t>☐ 사업계획서    ☐ 예산서    ☐ 비영리 증빙자료    ☐ 기타</w:t>
      </w:r>
    </w:p>
    <w:p w14:paraId="7D55EC6A" w14:textId="77777777" w:rsidR="005E3732" w:rsidRDefault="00000000">
      <w:r>
        <w:rPr>
          <w:lang w:eastAsia="ko-KR"/>
        </w:rPr>
        <w:br/>
      </w:r>
      <w:proofErr w:type="spellStart"/>
      <w:r>
        <w:t>신청인</w:t>
      </w:r>
      <w:proofErr w:type="spellEnd"/>
      <w:r>
        <w:t xml:space="preserve"> </w:t>
      </w:r>
      <w:proofErr w:type="spellStart"/>
      <w:r>
        <w:t>서명</w:t>
      </w:r>
      <w:proofErr w:type="spellEnd"/>
      <w:r>
        <w:t xml:space="preserve"> __________________________    </w:t>
      </w:r>
      <w:proofErr w:type="spellStart"/>
      <w:r>
        <w:t>날짜</w:t>
      </w:r>
      <w:proofErr w:type="spellEnd"/>
      <w:r>
        <w:t xml:space="preserve"> ____________________</w:t>
      </w:r>
    </w:p>
    <w:sectPr w:rsidR="005E3732" w:rsidSect="00034616">
      <w:pgSz w:w="12240" w:h="15840"/>
      <w:pgMar w:top="1440" w:right="1020" w:bottom="144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0243874">
    <w:abstractNumId w:val="8"/>
  </w:num>
  <w:num w:numId="2" w16cid:durableId="1729259385">
    <w:abstractNumId w:val="6"/>
  </w:num>
  <w:num w:numId="3" w16cid:durableId="1663193470">
    <w:abstractNumId w:val="5"/>
  </w:num>
  <w:num w:numId="4" w16cid:durableId="1870530796">
    <w:abstractNumId w:val="4"/>
  </w:num>
  <w:num w:numId="5" w16cid:durableId="558513530">
    <w:abstractNumId w:val="7"/>
  </w:num>
  <w:num w:numId="6" w16cid:durableId="887570745">
    <w:abstractNumId w:val="3"/>
  </w:num>
  <w:num w:numId="7" w16cid:durableId="1240946805">
    <w:abstractNumId w:val="2"/>
  </w:num>
  <w:num w:numId="8" w16cid:durableId="1747877801">
    <w:abstractNumId w:val="1"/>
  </w:num>
  <w:num w:numId="9" w16cid:durableId="61008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1307"/>
    <w:rsid w:val="0029639D"/>
    <w:rsid w:val="00326F90"/>
    <w:rsid w:val="005E3732"/>
    <w:rsid w:val="006E5C80"/>
    <w:rsid w:val="00AA1D8D"/>
    <w:rsid w:val="00AF7AB6"/>
    <w:rsid w:val="00B47730"/>
    <w:rsid w:val="00BA3AAA"/>
    <w:rsid w:val="00CB0664"/>
    <w:rsid w:val="00E346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1F1AF0"/>
  <w14:defaultImageDpi w14:val="300"/>
  <w15:docId w15:val="{389999F2-C46B-B841-B457-48937B65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Malgun Gothic" w:eastAsia="Malgun Gothic" w:hAnsi="Malgun Gothic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sook bonin</cp:lastModifiedBy>
  <cp:revision>2</cp:revision>
  <dcterms:created xsi:type="dcterms:W3CDTF">2026-09-15T01:58:00Z</dcterms:created>
  <dcterms:modified xsi:type="dcterms:W3CDTF">2026-09-15T01:58:00Z</dcterms:modified>
  <cp:category/>
</cp:coreProperties>
</file>